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64355" w14:textId="77777777" w:rsidR="00EB092C" w:rsidRPr="00223CF6" w:rsidRDefault="00000000" w:rsidP="00223CF6">
      <w:pPr>
        <w:ind w:right="-268"/>
        <w:rPr>
          <w:b/>
          <w:bCs/>
          <w:sz w:val="21"/>
          <w:szCs w:val="21"/>
          <w:lang w:val="ru-RU"/>
        </w:rPr>
      </w:pPr>
      <w:r w:rsidRPr="00223CF6">
        <w:rPr>
          <w:b/>
          <w:bCs/>
          <w:sz w:val="21"/>
          <w:szCs w:val="21"/>
          <w:lang w:val="ru-RU"/>
        </w:rPr>
        <w:t>Согласие на обработку персональных данных пользователя</w:t>
      </w:r>
    </w:p>
    <w:p w14:paraId="30CC3C8C" w14:textId="77777777" w:rsidR="00223CF6" w:rsidRPr="00223CF6" w:rsidRDefault="00000000" w:rsidP="00223CF6">
      <w:pPr>
        <w:spacing w:after="0"/>
        <w:rPr>
          <w:sz w:val="21"/>
          <w:szCs w:val="21"/>
          <w:lang w:val="ru-RU"/>
        </w:rPr>
      </w:pPr>
      <w:r w:rsidRPr="00223CF6">
        <w:rPr>
          <w:sz w:val="21"/>
          <w:szCs w:val="21"/>
          <w:lang w:val="ru-RU"/>
        </w:rPr>
        <w:t xml:space="preserve">В соответствии с требованиями статьи 9 федерального закона от 27.07.06 г. </w:t>
      </w:r>
      <w:r w:rsidRPr="00223CF6">
        <w:rPr>
          <w:sz w:val="21"/>
          <w:szCs w:val="21"/>
          <w:lang w:val="ru-RU"/>
        </w:rPr>
        <w:br/>
        <w:t>«О персональных данных» № 152-ФЗ, подтверждаю свое согласие на обработку уполномоченными сотрудниками ООО «</w:t>
      </w:r>
      <w:proofErr w:type="spellStart"/>
      <w:r w:rsidR="006C43EB" w:rsidRPr="00223CF6">
        <w:rPr>
          <w:sz w:val="21"/>
          <w:szCs w:val="21"/>
          <w:lang w:val="ru-RU"/>
        </w:rPr>
        <w:t>Фэшл</w:t>
      </w:r>
      <w:proofErr w:type="spellEnd"/>
      <w:r w:rsidR="006C43EB" w:rsidRPr="00223CF6">
        <w:rPr>
          <w:sz w:val="21"/>
          <w:szCs w:val="21"/>
          <w:lang w:val="ru-RU"/>
        </w:rPr>
        <w:t xml:space="preserve"> Плейс</w:t>
      </w:r>
      <w:r w:rsidRPr="00223CF6">
        <w:rPr>
          <w:sz w:val="21"/>
          <w:szCs w:val="21"/>
          <w:lang w:val="ru-RU"/>
        </w:rPr>
        <w:t xml:space="preserve">», ОГРН </w:t>
      </w:r>
      <w:r w:rsidR="006C43EB" w:rsidRPr="00223CF6">
        <w:rPr>
          <w:sz w:val="21"/>
          <w:szCs w:val="21"/>
          <w:lang w:val="ru-RU"/>
        </w:rPr>
        <w:t>1197847126201</w:t>
      </w:r>
      <w:r w:rsidRPr="00223CF6">
        <w:rPr>
          <w:sz w:val="21"/>
          <w:szCs w:val="21"/>
          <w:lang w:val="ru-RU"/>
        </w:rPr>
        <w:t>,</w:t>
      </w:r>
      <w:r w:rsidR="00223CF6" w:rsidRPr="00223CF6">
        <w:rPr>
          <w:sz w:val="21"/>
          <w:szCs w:val="21"/>
          <w:lang w:val="ru-RU"/>
        </w:rPr>
        <w:t xml:space="preserve"> </w:t>
      </w:r>
      <w:r w:rsidRPr="00223CF6">
        <w:rPr>
          <w:sz w:val="21"/>
          <w:szCs w:val="21"/>
          <w:lang w:val="ru-RU"/>
        </w:rPr>
        <w:t>ИНН 781</w:t>
      </w:r>
      <w:r w:rsidR="006C43EB" w:rsidRPr="00223CF6">
        <w:rPr>
          <w:sz w:val="21"/>
          <w:szCs w:val="21"/>
          <w:lang w:val="ru-RU"/>
        </w:rPr>
        <w:t>3635560</w:t>
      </w:r>
      <w:r w:rsidRPr="00223CF6">
        <w:rPr>
          <w:sz w:val="21"/>
          <w:szCs w:val="21"/>
          <w:lang w:val="ru-RU"/>
        </w:rPr>
        <w:t xml:space="preserve">; </w:t>
      </w:r>
    </w:p>
    <w:p w14:paraId="163201CD" w14:textId="68E83F2B" w:rsidR="00EB092C" w:rsidRPr="00223CF6" w:rsidRDefault="00000000" w:rsidP="006C43EB">
      <w:pPr>
        <w:rPr>
          <w:sz w:val="21"/>
          <w:szCs w:val="21"/>
          <w:lang w:val="ru-RU"/>
        </w:rPr>
      </w:pPr>
      <w:r w:rsidRPr="00223CF6">
        <w:rPr>
          <w:sz w:val="21"/>
          <w:szCs w:val="21"/>
          <w:lang w:val="ru-RU"/>
        </w:rPr>
        <w:t>19</w:t>
      </w:r>
      <w:r w:rsidR="006C43EB" w:rsidRPr="00223CF6">
        <w:rPr>
          <w:sz w:val="21"/>
          <w:szCs w:val="21"/>
          <w:lang w:val="ru-RU"/>
        </w:rPr>
        <w:t>7110</w:t>
      </w:r>
      <w:r w:rsidRPr="00223CF6">
        <w:rPr>
          <w:sz w:val="21"/>
          <w:szCs w:val="21"/>
          <w:lang w:val="ru-RU"/>
        </w:rPr>
        <w:t xml:space="preserve">, г. Санкт-Петербург, ул. </w:t>
      </w:r>
      <w:r w:rsidR="006C43EB" w:rsidRPr="00223CF6">
        <w:rPr>
          <w:sz w:val="21"/>
          <w:szCs w:val="21"/>
          <w:lang w:val="ru-RU"/>
        </w:rPr>
        <w:t>Пионерская</w:t>
      </w:r>
      <w:r w:rsidRPr="00223CF6">
        <w:rPr>
          <w:sz w:val="21"/>
          <w:szCs w:val="21"/>
          <w:lang w:val="ru-RU"/>
        </w:rPr>
        <w:t xml:space="preserve">, д. </w:t>
      </w:r>
      <w:r w:rsidR="006C43EB" w:rsidRPr="00223CF6">
        <w:rPr>
          <w:sz w:val="21"/>
          <w:szCs w:val="21"/>
          <w:lang w:val="ru-RU"/>
        </w:rPr>
        <w:t>50</w:t>
      </w:r>
      <w:r w:rsidRPr="00223CF6">
        <w:rPr>
          <w:sz w:val="21"/>
          <w:szCs w:val="21"/>
          <w:lang w:val="ru-RU"/>
        </w:rPr>
        <w:t xml:space="preserve">, литер А, </w:t>
      </w:r>
      <w:r w:rsidRPr="00223CF6">
        <w:rPr>
          <w:sz w:val="21"/>
          <w:szCs w:val="21"/>
          <w:lang w:val="ru-RU"/>
        </w:rPr>
        <w:br/>
        <w:t xml:space="preserve">помещение </w:t>
      </w:r>
      <w:r w:rsidR="006C43EB" w:rsidRPr="00223CF6">
        <w:rPr>
          <w:sz w:val="21"/>
          <w:szCs w:val="21"/>
          <w:lang w:val="ru-RU"/>
        </w:rPr>
        <w:t>94</w:t>
      </w:r>
      <w:r w:rsidRPr="00223CF6">
        <w:rPr>
          <w:sz w:val="21"/>
          <w:szCs w:val="21"/>
          <w:lang w:val="ru-RU"/>
        </w:rPr>
        <w:t>-Н; (далее — «Оператор») моих персональных данных с целью:</w:t>
      </w:r>
      <w:r w:rsidRPr="00223CF6">
        <w:rPr>
          <w:sz w:val="21"/>
          <w:szCs w:val="21"/>
          <w:lang w:val="ru-RU"/>
        </w:rPr>
        <w:br/>
        <w:t>оказания консультационных услуг;</w:t>
      </w:r>
      <w:r w:rsidRPr="00223CF6">
        <w:rPr>
          <w:sz w:val="21"/>
          <w:szCs w:val="21"/>
          <w:lang w:val="ru-RU"/>
        </w:rPr>
        <w:br/>
        <w:t>учета и хранения для персональной идентификации пользователя.</w:t>
      </w:r>
    </w:p>
    <w:p w14:paraId="177BDADC" w14:textId="0B3BB7C1" w:rsidR="00EB092C" w:rsidRPr="00223CF6" w:rsidRDefault="00000000">
      <w:pPr>
        <w:rPr>
          <w:sz w:val="21"/>
          <w:szCs w:val="21"/>
          <w:lang w:val="ru-RU"/>
        </w:rPr>
      </w:pPr>
      <w:r w:rsidRPr="00223CF6">
        <w:rPr>
          <w:sz w:val="21"/>
          <w:szCs w:val="21"/>
          <w:lang w:val="ru-RU"/>
        </w:rPr>
        <w:t xml:space="preserve">При заходе на сайт </w:t>
      </w:r>
      <w:r w:rsidR="006C43EB" w:rsidRPr="00223CF6">
        <w:rPr>
          <w:sz w:val="21"/>
          <w:szCs w:val="21"/>
        </w:rPr>
        <w:t>https</w:t>
      </w:r>
      <w:r w:rsidR="006C43EB" w:rsidRPr="00223CF6">
        <w:rPr>
          <w:sz w:val="21"/>
          <w:szCs w:val="21"/>
          <w:lang w:val="ru-RU"/>
        </w:rPr>
        <w:t>://</w:t>
      </w:r>
      <w:proofErr w:type="spellStart"/>
      <w:r w:rsidR="006C43EB" w:rsidRPr="00223CF6">
        <w:rPr>
          <w:sz w:val="21"/>
          <w:szCs w:val="21"/>
        </w:rPr>
        <w:t>facialplace</w:t>
      </w:r>
      <w:proofErr w:type="spellEnd"/>
      <w:r w:rsidR="006C43EB" w:rsidRPr="00223CF6">
        <w:rPr>
          <w:sz w:val="21"/>
          <w:szCs w:val="21"/>
          <w:lang w:val="ru-RU"/>
        </w:rPr>
        <w:t>.</w:t>
      </w:r>
      <w:proofErr w:type="spellStart"/>
      <w:r w:rsidR="006C43EB" w:rsidRPr="00223CF6">
        <w:rPr>
          <w:sz w:val="21"/>
          <w:szCs w:val="21"/>
        </w:rPr>
        <w:t>ru</w:t>
      </w:r>
      <w:proofErr w:type="spellEnd"/>
      <w:r w:rsidR="006C43EB" w:rsidRPr="00223CF6">
        <w:rPr>
          <w:sz w:val="21"/>
          <w:szCs w:val="21"/>
          <w:lang w:val="ru-RU"/>
        </w:rPr>
        <w:t>/</w:t>
      </w:r>
      <w:r w:rsidR="006C43EB" w:rsidRPr="00223CF6">
        <w:rPr>
          <w:sz w:val="21"/>
          <w:szCs w:val="21"/>
          <w:lang w:val="ru-RU"/>
        </w:rPr>
        <w:t xml:space="preserve"> </w:t>
      </w:r>
      <w:r w:rsidRPr="00223CF6">
        <w:rPr>
          <w:sz w:val="21"/>
          <w:szCs w:val="21"/>
          <w:lang w:val="ru-RU"/>
        </w:rPr>
        <w:t>(далее – «Сайт»), в том числе при указании своих персональных данны</w:t>
      </w:r>
      <w:r w:rsidR="006C43EB" w:rsidRPr="00223CF6">
        <w:rPr>
          <w:sz w:val="21"/>
          <w:szCs w:val="21"/>
          <w:lang w:val="ru-RU"/>
        </w:rPr>
        <w:t>х</w:t>
      </w:r>
      <w:r w:rsidRPr="00223CF6">
        <w:rPr>
          <w:sz w:val="21"/>
          <w:szCs w:val="21"/>
          <w:lang w:val="ru-RU"/>
        </w:rPr>
        <w:t xml:space="preserve"> в контактных формах и формах обратной связи в веб-сервисах «Онлайн-запись»</w:t>
      </w:r>
      <w:r w:rsidR="006C43EB" w:rsidRPr="00223CF6">
        <w:rPr>
          <w:sz w:val="21"/>
          <w:szCs w:val="21"/>
          <w:lang w:val="ru-RU"/>
        </w:rPr>
        <w:t xml:space="preserve"> </w:t>
      </w:r>
      <w:r w:rsidRPr="00223CF6">
        <w:rPr>
          <w:sz w:val="21"/>
          <w:szCs w:val="21"/>
          <w:lang w:val="ru-RU"/>
        </w:rPr>
        <w:t>Оператора, предоставляю Оператору право осуществлять все действия (операции) с моими персональными данными, включая сбор, запись, систематизацию, накопление, хранение, уточнение (обновление, изменение),</w:t>
      </w:r>
      <w:r w:rsidR="006C43EB" w:rsidRPr="00223CF6">
        <w:rPr>
          <w:sz w:val="21"/>
          <w:szCs w:val="21"/>
          <w:lang w:val="ru-RU"/>
        </w:rPr>
        <w:t xml:space="preserve"> </w:t>
      </w:r>
      <w:r w:rsidRPr="00223CF6">
        <w:rPr>
          <w:sz w:val="21"/>
          <w:szCs w:val="21"/>
          <w:lang w:val="ru-RU"/>
        </w:rPr>
        <w:t>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включающих:</w:t>
      </w:r>
      <w:r w:rsidRPr="00223CF6">
        <w:rPr>
          <w:sz w:val="21"/>
          <w:szCs w:val="21"/>
          <w:lang w:val="ru-RU"/>
        </w:rPr>
        <w:br/>
        <w:t>фамилию, имя, отчество, пол, дату рождения;</w:t>
      </w:r>
      <w:r w:rsidRPr="00223CF6">
        <w:rPr>
          <w:sz w:val="21"/>
          <w:szCs w:val="21"/>
          <w:lang w:val="ru-RU"/>
        </w:rPr>
        <w:br/>
        <w:t>адрес регистрации и/или фактического проживания, контактный телефон (абонентский номер), адрес электронной почты, данные документа, удостоверяющего личность;</w:t>
      </w:r>
      <w:r w:rsidRPr="00223CF6">
        <w:rPr>
          <w:sz w:val="21"/>
          <w:szCs w:val="21"/>
          <w:lang w:val="ru-RU"/>
        </w:rPr>
        <w:br/>
        <w:t xml:space="preserve">источник захода на Сайт, в том числе данные об </w:t>
      </w:r>
      <w:r w:rsidRPr="00223CF6">
        <w:rPr>
          <w:sz w:val="21"/>
          <w:szCs w:val="21"/>
        </w:rPr>
        <w:t>IP</w:t>
      </w:r>
      <w:r w:rsidRPr="00223CF6">
        <w:rPr>
          <w:sz w:val="21"/>
          <w:szCs w:val="21"/>
          <w:lang w:val="ru-RU"/>
        </w:rPr>
        <w:t xml:space="preserve">-адресе, местоположении, и информация </w:t>
      </w:r>
      <w:r w:rsidRPr="00223CF6">
        <w:rPr>
          <w:sz w:val="21"/>
          <w:szCs w:val="21"/>
          <w:lang w:val="ru-RU"/>
        </w:rPr>
        <w:br/>
        <w:t>поискового или рекламного запроса;</w:t>
      </w:r>
      <w:r w:rsidRPr="00223CF6">
        <w:rPr>
          <w:sz w:val="21"/>
          <w:szCs w:val="21"/>
          <w:lang w:val="ru-RU"/>
        </w:rPr>
        <w:br/>
        <w:t xml:space="preserve">данные о пользовательском устройстве (среди которых разрешение, версия и другие атрибуты, </w:t>
      </w:r>
      <w:r w:rsidRPr="00223CF6">
        <w:rPr>
          <w:sz w:val="21"/>
          <w:szCs w:val="21"/>
          <w:lang w:val="ru-RU"/>
        </w:rPr>
        <w:br/>
        <w:t>характеризующие пользовательское устройство);</w:t>
      </w:r>
      <w:r w:rsidRPr="00223CF6">
        <w:rPr>
          <w:sz w:val="21"/>
          <w:szCs w:val="21"/>
          <w:lang w:val="ru-RU"/>
        </w:rPr>
        <w:br/>
        <w:t xml:space="preserve">пользовательские клики, просмотры страниц, заполнения полей, показы и просмотры баннеров и </w:t>
      </w:r>
      <w:r w:rsidRPr="00223CF6">
        <w:rPr>
          <w:sz w:val="21"/>
          <w:szCs w:val="21"/>
          <w:lang w:val="ru-RU"/>
        </w:rPr>
        <w:br/>
        <w:t>видео;</w:t>
      </w:r>
      <w:r w:rsidRPr="00223CF6">
        <w:rPr>
          <w:sz w:val="21"/>
          <w:szCs w:val="21"/>
          <w:lang w:val="ru-RU"/>
        </w:rPr>
        <w:br/>
        <w:t>данные, характеризующие аудиторные сегменты;</w:t>
      </w:r>
      <w:r w:rsidRPr="00223CF6">
        <w:rPr>
          <w:sz w:val="21"/>
          <w:szCs w:val="21"/>
          <w:lang w:val="ru-RU"/>
        </w:rPr>
        <w:br/>
        <w:t>параметры сессии;</w:t>
      </w:r>
      <w:r w:rsidRPr="00223CF6">
        <w:rPr>
          <w:sz w:val="21"/>
          <w:szCs w:val="21"/>
          <w:lang w:val="ru-RU"/>
        </w:rPr>
        <w:br/>
        <w:t>данные о времени посещения;</w:t>
      </w:r>
      <w:r w:rsidRPr="00223CF6">
        <w:rPr>
          <w:sz w:val="21"/>
          <w:szCs w:val="21"/>
          <w:lang w:val="ru-RU"/>
        </w:rPr>
        <w:br/>
        <w:t xml:space="preserve">идентификатор пользователя, хранимый в </w:t>
      </w:r>
      <w:r w:rsidRPr="00223CF6">
        <w:rPr>
          <w:sz w:val="21"/>
          <w:szCs w:val="21"/>
        </w:rPr>
        <w:t>cookie</w:t>
      </w:r>
      <w:r w:rsidRPr="00223CF6">
        <w:rPr>
          <w:sz w:val="21"/>
          <w:szCs w:val="21"/>
          <w:lang w:val="ru-RU"/>
        </w:rPr>
        <w:t xml:space="preserve">, для целей повышения осведомленности </w:t>
      </w:r>
      <w:r w:rsidRPr="00223CF6">
        <w:rPr>
          <w:sz w:val="21"/>
          <w:szCs w:val="21"/>
          <w:lang w:val="ru-RU"/>
        </w:rPr>
        <w:br/>
        <w:t>посетителей Сайт</w:t>
      </w:r>
      <w:r w:rsidR="00223CF6">
        <w:rPr>
          <w:sz w:val="21"/>
          <w:szCs w:val="21"/>
          <w:lang w:val="ru-RU"/>
        </w:rPr>
        <w:t>а</w:t>
      </w:r>
      <w:r w:rsidRPr="00223CF6">
        <w:rPr>
          <w:sz w:val="21"/>
          <w:szCs w:val="21"/>
          <w:lang w:val="ru-RU"/>
        </w:rPr>
        <w:t xml:space="preserve"> о продуктах и услугах Оператора, предоставления релевантной рекламной </w:t>
      </w:r>
      <w:r w:rsidRPr="00223CF6">
        <w:rPr>
          <w:sz w:val="21"/>
          <w:szCs w:val="21"/>
          <w:lang w:val="ru-RU"/>
        </w:rPr>
        <w:br/>
        <w:t>информации и оптимизации рекламы.</w:t>
      </w:r>
    </w:p>
    <w:p w14:paraId="0587E50B" w14:textId="0DC33A07" w:rsidR="00EB092C" w:rsidRPr="00223CF6" w:rsidRDefault="00000000" w:rsidP="00223CF6">
      <w:pPr>
        <w:spacing w:after="0"/>
        <w:rPr>
          <w:sz w:val="21"/>
          <w:szCs w:val="21"/>
          <w:lang w:val="ru-RU"/>
        </w:rPr>
      </w:pPr>
      <w:r w:rsidRPr="00223CF6">
        <w:rPr>
          <w:sz w:val="21"/>
          <w:szCs w:val="21"/>
          <w:lang w:val="ru-RU"/>
        </w:rPr>
        <w:t>Оператор вправе обрабатывать мои персональные данные с использованием средств автоматизации и(или) без таковых, посредством внесения их в электронную базу данных, включения в списки (реестры) и отчетные формы.</w:t>
      </w:r>
    </w:p>
    <w:p w14:paraId="496A9689" w14:textId="77777777" w:rsidR="00EB092C" w:rsidRPr="00223CF6" w:rsidRDefault="00000000" w:rsidP="00223CF6">
      <w:pPr>
        <w:spacing w:after="0"/>
        <w:rPr>
          <w:sz w:val="21"/>
          <w:szCs w:val="21"/>
          <w:lang w:val="ru-RU"/>
        </w:rPr>
      </w:pPr>
      <w:r w:rsidRPr="00223CF6">
        <w:rPr>
          <w:sz w:val="21"/>
          <w:szCs w:val="21"/>
          <w:lang w:val="ru-RU"/>
        </w:rPr>
        <w:t xml:space="preserve">Предоставляю право Оператору передавать мои персональные данные должностным лицам </w:t>
      </w:r>
      <w:r w:rsidRPr="00223CF6">
        <w:rPr>
          <w:sz w:val="21"/>
          <w:szCs w:val="21"/>
          <w:lang w:val="ru-RU"/>
        </w:rPr>
        <w:br/>
        <w:t xml:space="preserve">Оператора и третьим лицам, уполномоченным осуществлять обработку электронных баз данных </w:t>
      </w:r>
      <w:r w:rsidRPr="00223CF6">
        <w:rPr>
          <w:sz w:val="21"/>
          <w:szCs w:val="21"/>
          <w:lang w:val="ru-RU"/>
        </w:rPr>
        <w:br/>
        <w:t>Оператора при обязательном соблюдении условий о конфиденциальности обрабатываемых данных.</w:t>
      </w:r>
    </w:p>
    <w:p w14:paraId="191DE0CF" w14:textId="46CFE7FE" w:rsidR="00EB092C" w:rsidRPr="00223CF6" w:rsidRDefault="00000000">
      <w:pPr>
        <w:rPr>
          <w:sz w:val="21"/>
          <w:szCs w:val="21"/>
          <w:lang w:val="ru-RU"/>
        </w:rPr>
      </w:pPr>
      <w:r w:rsidRPr="00223CF6">
        <w:rPr>
          <w:sz w:val="21"/>
          <w:szCs w:val="21"/>
          <w:lang w:val="ru-RU"/>
        </w:rPr>
        <w:t xml:space="preserve">Я оставляю за собой право отозвать свое согласие посредством составления соответствующего </w:t>
      </w:r>
      <w:r w:rsidRPr="00223CF6">
        <w:rPr>
          <w:sz w:val="21"/>
          <w:szCs w:val="21"/>
          <w:lang w:val="ru-RU"/>
        </w:rPr>
        <w:br/>
        <w:t xml:space="preserve">письменного документа, который может быть направлен мной в адрес Оператора по почте заказным </w:t>
      </w:r>
      <w:r w:rsidRPr="00223CF6">
        <w:rPr>
          <w:sz w:val="21"/>
          <w:szCs w:val="21"/>
          <w:lang w:val="ru-RU"/>
        </w:rPr>
        <w:br/>
        <w:t xml:space="preserve">письмом с уведомлением о вручении или на электронный адрес почты Оператора </w:t>
      </w:r>
      <w:r w:rsidRPr="00223CF6">
        <w:rPr>
          <w:sz w:val="21"/>
          <w:szCs w:val="21"/>
          <w:lang w:val="ru-RU"/>
        </w:rPr>
        <w:br/>
      </w:r>
      <w:proofErr w:type="spellStart"/>
      <w:r w:rsidR="00223CF6">
        <w:rPr>
          <w:sz w:val="21"/>
          <w:szCs w:val="21"/>
        </w:rPr>
        <w:t>facialplace</w:t>
      </w:r>
      <w:proofErr w:type="spellEnd"/>
      <w:r w:rsidR="00223CF6" w:rsidRPr="00223CF6">
        <w:rPr>
          <w:sz w:val="21"/>
          <w:szCs w:val="21"/>
          <w:lang w:val="ru-RU"/>
        </w:rPr>
        <w:t>@</w:t>
      </w:r>
      <w:proofErr w:type="spellStart"/>
      <w:r w:rsidR="00223CF6">
        <w:rPr>
          <w:sz w:val="21"/>
          <w:szCs w:val="21"/>
        </w:rPr>
        <w:t>yandex</w:t>
      </w:r>
      <w:proofErr w:type="spellEnd"/>
      <w:r w:rsidR="00223CF6" w:rsidRPr="00223CF6">
        <w:rPr>
          <w:sz w:val="21"/>
          <w:szCs w:val="21"/>
          <w:lang w:val="ru-RU"/>
        </w:rPr>
        <w:t>.</w:t>
      </w:r>
      <w:proofErr w:type="spellStart"/>
      <w:r w:rsidR="00223CF6">
        <w:rPr>
          <w:sz w:val="21"/>
          <w:szCs w:val="21"/>
        </w:rPr>
        <w:t>ru</w:t>
      </w:r>
      <w:proofErr w:type="spellEnd"/>
      <w:r w:rsidRPr="00223CF6">
        <w:rPr>
          <w:sz w:val="21"/>
          <w:szCs w:val="21"/>
          <w:lang w:val="ru-RU"/>
        </w:rPr>
        <w:t>.</w:t>
      </w:r>
    </w:p>
    <w:p w14:paraId="2A463347" w14:textId="77777777" w:rsidR="00EB092C" w:rsidRPr="006C43EB" w:rsidRDefault="00000000" w:rsidP="00223CF6">
      <w:pPr>
        <w:spacing w:after="0"/>
        <w:rPr>
          <w:lang w:val="ru-RU"/>
        </w:rPr>
      </w:pPr>
      <w:r w:rsidRPr="006C43EB">
        <w:rPr>
          <w:lang w:val="ru-RU"/>
        </w:rPr>
        <w:t xml:space="preserve">В случае получения моего заявления об отзыве настоящего согласия на обработку персональных </w:t>
      </w:r>
      <w:r w:rsidRPr="006C43EB">
        <w:rPr>
          <w:lang w:val="ru-RU"/>
        </w:rPr>
        <w:br/>
        <w:t>данных, Оператор обязан прекратить их обработку.</w:t>
      </w:r>
    </w:p>
    <w:p w14:paraId="6229E89B" w14:textId="3103C9E0" w:rsidR="00EB092C" w:rsidRPr="006C43EB" w:rsidRDefault="00000000" w:rsidP="00223CF6">
      <w:pPr>
        <w:spacing w:after="0"/>
        <w:rPr>
          <w:lang w:val="ru-RU"/>
        </w:rPr>
      </w:pPr>
      <w:r w:rsidRPr="006C43EB">
        <w:rPr>
          <w:lang w:val="ru-RU"/>
        </w:rPr>
        <w:t>Настоящее согласие вступает в силу с момента моего перехода на Сайт и действует бессрочно.</w:t>
      </w:r>
    </w:p>
    <w:sectPr w:rsidR="00EB092C" w:rsidRPr="006C43EB" w:rsidSect="00223CF6">
      <w:pgSz w:w="12240" w:h="15840"/>
      <w:pgMar w:top="768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2832721">
    <w:abstractNumId w:val="8"/>
  </w:num>
  <w:num w:numId="2" w16cid:durableId="2091734223">
    <w:abstractNumId w:val="6"/>
  </w:num>
  <w:num w:numId="3" w16cid:durableId="213976996">
    <w:abstractNumId w:val="5"/>
  </w:num>
  <w:num w:numId="4" w16cid:durableId="874151794">
    <w:abstractNumId w:val="4"/>
  </w:num>
  <w:num w:numId="5" w16cid:durableId="1977953133">
    <w:abstractNumId w:val="7"/>
  </w:num>
  <w:num w:numId="6" w16cid:durableId="1357851363">
    <w:abstractNumId w:val="3"/>
  </w:num>
  <w:num w:numId="7" w16cid:durableId="2047482775">
    <w:abstractNumId w:val="2"/>
  </w:num>
  <w:num w:numId="8" w16cid:durableId="574121363">
    <w:abstractNumId w:val="1"/>
  </w:num>
  <w:num w:numId="9" w16cid:durableId="1963998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3CF6"/>
    <w:rsid w:val="0029639D"/>
    <w:rsid w:val="00326F90"/>
    <w:rsid w:val="006C43EB"/>
    <w:rsid w:val="008A16A5"/>
    <w:rsid w:val="00AA1D8D"/>
    <w:rsid w:val="00B47730"/>
    <w:rsid w:val="00CB0664"/>
    <w:rsid w:val="00EB09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C780E6"/>
  <w14:defaultImageDpi w14:val="300"/>
  <w15:docId w15:val="{56C43082-A1CD-474B-BB8B-2E01FD42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Xc 12782</cp:lastModifiedBy>
  <cp:revision>3</cp:revision>
  <dcterms:created xsi:type="dcterms:W3CDTF">2026-08-04T14:37:00Z</dcterms:created>
  <dcterms:modified xsi:type="dcterms:W3CDTF">2026-08-04T14:43:00Z</dcterms:modified>
  <cp:category/>
</cp:coreProperties>
</file>